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81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Северная Осетия-Алания</w:t>
      </w:r>
    </w:p>
    <w:p>
      <w:pPr>
        <w:autoSpaceDN w:val="0"/>
        <w:autoSpaceDE w:val="0"/>
        <w:widowControl/>
        <w:spacing w:line="230" w:lineRule="auto" w:before="670" w:after="0"/>
        <w:ind w:left="190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Управление образования АМС Моздокского района</w:t>
      </w:r>
    </w:p>
    <w:p>
      <w:pPr>
        <w:autoSpaceDN w:val="0"/>
        <w:autoSpaceDE w:val="0"/>
        <w:widowControl/>
        <w:spacing w:line="230" w:lineRule="auto" w:before="670" w:after="0"/>
        <w:ind w:left="0" w:right="353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СОШ №3 г. Моздока</w:t>
      </w:r>
    </w:p>
    <w:p>
      <w:pPr>
        <w:autoSpaceDN w:val="0"/>
        <w:autoSpaceDE w:val="0"/>
        <w:widowControl/>
        <w:spacing w:line="230" w:lineRule="auto" w:before="1436" w:after="0"/>
        <w:ind w:left="0" w:right="201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29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Директром</w:t>
      </w:r>
    </w:p>
    <w:p>
      <w:pPr>
        <w:autoSpaceDN w:val="0"/>
        <w:autoSpaceDE w:val="0"/>
        <w:widowControl/>
        <w:spacing w:line="230" w:lineRule="auto" w:before="182" w:after="0"/>
        <w:ind w:left="0" w:right="6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______________Козлова К.Н.</w:t>
      </w:r>
    </w:p>
    <w:p>
      <w:pPr>
        <w:autoSpaceDN w:val="0"/>
        <w:autoSpaceDE w:val="0"/>
        <w:widowControl/>
        <w:spacing w:line="230" w:lineRule="auto" w:before="182" w:after="0"/>
        <w:ind w:left="0" w:right="198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№____</w:t>
      </w:r>
    </w:p>
    <w:p>
      <w:pPr>
        <w:autoSpaceDN w:val="0"/>
        <w:autoSpaceDE w:val="0"/>
        <w:widowControl/>
        <w:spacing w:line="230" w:lineRule="auto" w:before="182" w:after="0"/>
        <w:ind w:left="0" w:right="169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"__" __  2022 г.</w:t>
      </w:r>
    </w:p>
    <w:p>
      <w:pPr>
        <w:autoSpaceDN w:val="0"/>
        <w:autoSpaceDE w:val="0"/>
        <w:widowControl/>
        <w:spacing w:line="230" w:lineRule="auto" w:before="1038" w:after="0"/>
        <w:ind w:left="0" w:right="365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3690158)</w:t>
      </w:r>
    </w:p>
    <w:p>
      <w:pPr>
        <w:autoSpaceDN w:val="0"/>
        <w:autoSpaceDE w:val="0"/>
        <w:widowControl/>
        <w:spacing w:line="230" w:lineRule="auto" w:before="166" w:after="0"/>
        <w:ind w:left="0" w:right="40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8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30" w:lineRule="auto" w:before="670" w:after="0"/>
        <w:ind w:left="229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Нечаева Елена Андреевна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физической культуры</w:t>
      </w:r>
    </w:p>
    <w:p>
      <w:pPr>
        <w:autoSpaceDN w:val="0"/>
        <w:autoSpaceDE w:val="0"/>
        <w:widowControl/>
        <w:spacing w:line="230" w:lineRule="auto" w:before="2830" w:after="0"/>
        <w:ind w:left="0" w:right="42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г.Моздок 2022</w:t>
      </w:r>
    </w:p>
    <w:p>
      <w:pPr>
        <w:sectPr>
          <w:pgSz w:w="11900" w:h="16840"/>
          <w:pgMar w:top="298" w:right="868" w:bottom="296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крепком и деятельном подрастающем поколении, способном активно включаться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разнообразные формы здорового образа жизни, использовать ценности физической культуры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самоопределения и самореализации.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нашли своё отражение объективно сложившиеся реалии современного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социокультурного развития общества, условия деятельности образовательных организаций, запросы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родителей, учителей и методистов на обновление содержания образовательного процесса, внедрение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его практику современных подходов, новых методик и технологий.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учебного предмета «Физическая культура» имеет важное значение в онтогенезе детей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школьного возраста. Оно активно воздействует на развитие их физической, психической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природы, содействует укреплению здоровья, повышению защитных свойств организма,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развитию памяти, внимания и мышления, предметно ориентируется на активное вовлечение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школьников в самостоятельные занятия физической культурой и спортом.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Целью образования по физической культуре в начальной школе является формирование у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 здорового образа жизни, активной творческой самостоятельности в проведении разнообразных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занятий физическими упражнениями. Достижение данной цели обеспечивается ориентацией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учебного предмета на укрепление и сохранение здоровья школьников, приобретение ими знаний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способов самостоятельной деятельности, развитие физических качеств и освоение физических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 оздоровительной, спортивной и прикладноориентированной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Развивающая ориентация учебного предмета «Физическая культура» заключается в формировании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 необходимого и достаточного физического здоровья, уровня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физических качеств и обучения физическим упражнениям разной функциональной направленности.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Существенным достижением такой ориентации является постепенное вовлечение обучающихся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здоровый образ жизни за счёт овладения ими знаниями и умениями по организации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подвижными играми, коррекционной, дыхательной и зрительной гимнастикой, проведения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физкультминуток и утренней зарядки, закаливающих процедур, наблюдений за физическим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развитием и физической подготовленностью.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Воспитывающее значение учебного предмета раскрывается в приобщении обучающихся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традициям физической культуры и спорта народов России, формировании интереса к регулярным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занятиям физической культурой и спортом, осознании роли занятий физической культурой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укреплении здоровья, организации активного отдыха и досуга. В процессе обучения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формируются положительные навыки и способы поведения, общения и взаимодействия со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сверстниками и учителями, оценивания своих действий и поступков в процессе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коллективной деятельности.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Методологической основой структуры и содержания программы по физической культуре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является личностно-деятельностный подход, ориентирующий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педагогический процесс на развитие целостной личности обучающихся. Достижение целостного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становится возможным благодаря освоению младшими школьниками двигательной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представляющей собой основу содержания учебного предмета «Физическая культура».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Двигательная деятельность оказывает активное влияние на развитие психической и социальной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обучающихся. Как и любая деятельность, она включает в себя информационный,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операциональный и мотивационно-процессуальный компоненты, которые находят своё отражение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соответствующих дидактических линиях учебного предмета.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целях усиления мотивационной составляющей учебного предмета и подготовки школьников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выполнению комплекса ГТО в структуру программы в раздел «Физическое совершенствование»</w:t>
      </w:r>
    </w:p>
    <w:p>
      <w:pPr>
        <w:sectPr>
          <w:pgSz w:w="11900" w:h="16840"/>
          <w:pgMar w:top="298" w:right="644" w:bottom="290" w:left="666" w:header="720" w:footer="720" w:gutter="0"/>
          <w:cols w:space="720" w:num="1" w:equalWidth="0"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вводится образовательный модуль «Прикладно-ориентированная физическая культура». Данный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позволит удовлетворить интересы учащихся в занятиях спортом и активном участии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спортивных соревнованиях, развитии национальных форм соревновательной деятельности и систем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физического воспитания.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модуля «Прикладно-ориентированная физическая культура», обеспечивается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Примерными программами по видам спорта, которые рекомендуются Министерством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РФ для занятий физической культурой и могут использоваться образовательными организациями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исходя из интересов учащихся, физкультурно-спортивных традиций, наличия необходимой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материально-технической базы, квалификации педагогического состава. Помимо Примерных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программ, рекомендуемых Министерством просвещения РФ, образовательные организации могут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разрабатывать своё содержание для модуля «Прикладно-ориентированная физическая культура»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включать в него популярные национальные виды спорта, подвижные игры и развлечения,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основывающиеся на этнокультурных, исторических и современных традициях региона и школы.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Планируемые результаты включают в себя личностные, метапредметные и предметные результаты.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представлены в программе за весь период обучения в начальной школе;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метапредметные и предметные результаты — за каждый год обучения.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Результативность освоения учебного предмета учащимися достигается посредством современных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научно-обоснованных инновационных средств, методов и форм обучения, информационно-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технологий и передового педагогического опыта.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216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«Физическая культура» в учебном плане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1 классе на изучение предмета отводится 3 часа в неделю, суммарно 99 часов.</w:t>
      </w:r>
    </w:p>
    <w:p>
      <w:pPr>
        <w:sectPr>
          <w:pgSz w:w="11900" w:h="16840"/>
          <w:pgMar w:top="316" w:right="760" w:bottom="1440" w:left="666" w:header="720" w:footer="720" w:gutter="0"/>
          <w:cols w:space="720" w:num="1" w:equalWidth="0"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Знания о физической культуре.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Понятие «физическая культура» как занятия физическими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упражнениями и спортом по укреплению здоровья, физическому развитию и физической подготовке.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физических упражнений с движениями животных и трудовыми действиями древних людей.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Способы самостоятельной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 Режим дня и правила его составления и соблюдения.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Физическое совершенствование.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Оздоровительная физическая культура.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Гигиена человека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 к проведению гигиенических процедур. Осанка и комплексы упражнений для правильного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её развития. Физические упражнения для физкультминуток и утренней зарядки.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Спортивно-оздоровительная физическая культура.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Правила поведения на уроках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культуры, подбора одежды для занятий в спортивном зале и на открытом воздухе.</w:t>
      </w:r>
    </w:p>
    <w:p>
      <w:pPr>
        <w:autoSpaceDN w:val="0"/>
        <w:autoSpaceDE w:val="0"/>
        <w:widowControl/>
        <w:spacing w:line="276" w:lineRule="auto" w:before="72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Гимнастика с основами акробатики. Исходные положения в физических упражнениях: стойки,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упоры, седы, положения лёжа. Строевые упражнения: построение и перестроение в одну и две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шеренги, стоя на месте; повороты направо и налево; передвижение в колонне по одному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равномерной скоростью.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Гимнастические упражнения: стилизованные способы передвижения ходьбой и бегом; упражнения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гимнастическим мячом и гимнастической скакалкой; стилизованные гимнастические прыжки.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Акробатические упражнения: подъём туловища из положения лёжа на спине и животе; подъём ног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 положения лёжа на животе; сгибание рук в положении упор лёжа; прыжки в группировке, толчком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двумя ногами; прыжки в упоре на руки, толчком двумя ногами.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Лыжная подготовка. Переноска лыж к месту занятия. Основная стойка лыжника. Передвижение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лыжах ступающим шагом (без палок). Передвижение на лыжах скользящим шагом (без палок).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Лёгкая атлетика. Равномерная ходьба и равномерный бег. Прыжки в длину и высоту с места толчком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двумя ногами, в высоту с прямого разбега.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Подвижные и спортивные игры. Считалки для самостоятельной организации подвижных игр.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Прикладно-ориентированная физическая культура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Развитие основных физических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средствами спортивных и подвижных игр. Подготовка к выполнению нормативных требований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комплекса ГТО.</w:t>
      </w:r>
    </w:p>
    <w:p>
      <w:pPr>
        <w:sectPr>
          <w:pgSz w:w="11900" w:h="16840"/>
          <w:pgMar w:top="298" w:right="624" w:bottom="1440" w:left="666" w:header="720" w:footer="720" w:gutter="0"/>
          <w:cols w:space="720" w:num="1" w:equalWidth="0"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учебного предмета «Физическая культура»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достигаются в единстве учебной и воспитательной деятельности организации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традиционными российскими социокультурными и духовно-нравственными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ценностями, принятыми в обществе правилами и нормами поведения и способствуют процессам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самопознания, самовоспитания и саморазвития, формирования внутренней позиции личности.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должны отражать готовность обучающихся руководствоваться ценностями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приобретение первоначального опыта деятельности на их основе:</w:t>
      </w:r>
    </w:p>
    <w:p>
      <w:pPr>
        <w:autoSpaceDN w:val="0"/>
        <w:autoSpaceDE w:val="0"/>
        <w:widowControl/>
        <w:spacing w:line="262" w:lineRule="auto" w:before="18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истории и развитию физической культуры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России, осознание её связи с трудовой деятельностью и укреплением здоровья человека;</w:t>
      </w:r>
    </w:p>
    <w:p>
      <w:pPr>
        <w:autoSpaceDN w:val="0"/>
        <w:autoSpaceDE w:val="0"/>
        <w:widowControl/>
        <w:spacing w:line="262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нравственно-этических норм поведения и правил межличностного общения 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подвижных игр и спортивных соревнований, выполнения совместных учебных заданий;</w:t>
      </w:r>
    </w:p>
    <w:p>
      <w:pPr>
        <w:autoSpaceDN w:val="0"/>
        <w:autoSpaceDE w:val="0"/>
        <w:widowControl/>
        <w:spacing w:line="262" w:lineRule="auto" w:before="238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уважительного отношения к соперникам во время соревновательной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стремление оказывать первую помощь при травмах и ушибах;</w:t>
      </w:r>
    </w:p>
    <w:p>
      <w:pPr>
        <w:autoSpaceDN w:val="0"/>
        <w:autoSpaceDE w:val="0"/>
        <w:widowControl/>
        <w:spacing w:line="262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уважительное отношение к содержанию национальных подвижных игр, этнокультурным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формам и видам соревновательной деятельности;</w:t>
      </w:r>
    </w:p>
    <w:p>
      <w:pPr>
        <w:autoSpaceDN w:val="0"/>
        <w:autoSpaceDE w:val="0"/>
        <w:widowControl/>
        <w:spacing w:line="262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стремление к формированию культуры здоровья, соблюдению правил здорового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интереса к исследованию индивидуальных особенностей физического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подготовленности, влияния занятий физической культурой и спортом на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показатели.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отражают достижения учащихся в овладении познавательными,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коммуникативными и регулятивными универсальными учебными действиями, умения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 практической деятельности. Метапредметные результаты формируются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протяжении каждого года обучения.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окончании первого года обучения учащиеся научатся: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познавательные УУД: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находить общие и отличительные признаки в передвижениях человека и животных;</w:t>
      </w:r>
    </w:p>
    <w:p>
      <w:pPr>
        <w:autoSpaceDN w:val="0"/>
        <w:autoSpaceDE w:val="0"/>
        <w:widowControl/>
        <w:spacing w:line="262" w:lineRule="auto" w:before="23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связь между бытовыми движениями древних людей и физическими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упражнениями из современных видов спорта;</w:t>
      </w:r>
    </w:p>
    <w:p>
      <w:pPr>
        <w:autoSpaceDN w:val="0"/>
        <w:autoSpaceDE w:val="0"/>
        <w:widowControl/>
        <w:spacing w:line="262" w:lineRule="auto" w:before="238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способы передвижения ходьбой и бегом, находить между ними общие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отличительные признаки;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признаки правильной и неправильной осанки, приводить возможные причины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нарушений;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коммуникативные УУД: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названия разучиваемых физических упражнений и их исходные положения; </w:t>
      </w:r>
    </w:p>
    <w:p>
      <w:pPr>
        <w:sectPr>
          <w:pgSz w:w="11900" w:h="16840"/>
          <w:pgMar w:top="298" w:right="650" w:bottom="356" w:left="666" w:header="720" w:footer="720" w:gutter="0"/>
          <w:cols w:space="720" w:num="1" w:equalWidth="0"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высказывать мнение о положительном влиянии занятий физической культурой,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влияние гигиенических процедур на укрепление здоровья; 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управлять эмоциями во время занятий физической культурой и проведения подвижных игр,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поведения и положительно относиться к замечаниям других учащихся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обсуждать правила проведения подвижных игр, обосновывать объективность определения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победителей;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регулятивные УУД:</w:t>
      </w:r>
    </w:p>
    <w:p>
      <w:pPr>
        <w:autoSpaceDN w:val="0"/>
        <w:autoSpaceDE w:val="0"/>
        <w:widowControl/>
        <w:spacing w:line="262" w:lineRule="auto" w:before="18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комплексы физкультминуток, утренней зарядки, упражнений по профилактике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нарушения и коррекции осанки;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учебные задания по обучению новым физическим упражнениям и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физических качеств;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уважительное отношение к участникам совместной игровой и соревновательной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30" w:lineRule="auto" w:before="41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в первом классе обучающийся научится: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основных дневных дел и их распределение в индивидуальном режиме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дня;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поведения на уроках физической культурой, приводить примеры подбора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одежды для самостоятельных занятий;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упражнения утренней зарядки и физкультминуток;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причины нарушения осанки и демонстрировать упражнения по профилактике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её нарушения;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демонстрировать построение и перестроение из одной шеренги в две и в колонну по одному;</w:t>
      </w:r>
    </w:p>
    <w:p>
      <w:pPr>
        <w:autoSpaceDN w:val="0"/>
        <w:autoSpaceDE w:val="0"/>
        <w:widowControl/>
        <w:spacing w:line="230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ходьбу и бег с равномерной и изменяющейся скоростью передвижения;</w:t>
      </w:r>
    </w:p>
    <w:p>
      <w:pPr>
        <w:autoSpaceDN w:val="0"/>
        <w:autoSpaceDE w:val="0"/>
        <w:widowControl/>
        <w:spacing w:line="262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демонстрировать передвижения стилизованным гимнастическим шагом и бегом, прыжки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месте с поворотами в разные стороны и в длину толчком двумя ногами;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передвигаться на лыжах ступающим и скользящим шагом (без палок);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играть в подвижные игры с общеразвивающей направленностью.</w:t>
      </w:r>
    </w:p>
    <w:p>
      <w:pPr>
        <w:sectPr>
          <w:pgSz w:w="11900" w:h="16840"/>
          <w:pgMar w:top="310" w:right="822" w:bottom="1440" w:left="846" w:header="720" w:footer="720" w:gutter="0"/>
          <w:cols w:space="720" w:num="1" w:equalWidth="0"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32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35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200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828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05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Знания о физической культуре</w:t>
            </w:r>
          </w:p>
        </w:tc>
      </w:tr>
      <w:tr>
        <w:trPr>
          <w:trHeight w:hRule="exact" w:val="926"/>
        </w:trPr>
        <w:tc>
          <w:tcPr>
            <w:tcW w:type="dxa" w:w="432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35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Что понимается под физической культурой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обсуждают рассказ учителя о видах спорта и занятиях физическими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упражнениями, которым обучают школьников на уроках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культуры, рассказывают об известных видах спорта и проводят примеры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упражнений, которые умеют выполнять;;</w:t>
            </w:r>
          </w:p>
        </w:tc>
        <w:tc>
          <w:tcPr>
            <w:tcW w:type="dxa" w:w="828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48"/>
        </w:trPr>
        <w:tc>
          <w:tcPr>
            <w:tcW w:type="dxa" w:w="37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192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Способы самостоятельной деятельности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Режим дня школьника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08.11.2022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таблицей режима дня и правилами её оформления, уточняют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индивидуальные мероприятия и заполняют таблицу (по образцу,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помощью родителей);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48"/>
        </w:trPr>
        <w:tc>
          <w:tcPr>
            <w:tcW w:type="dxa" w:w="378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192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ФИЗИЧЕСКОЕ СОВЕРШЕНСТВОВАНИЕ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Оздоровительная физическая культура</w:t>
            </w:r>
          </w:p>
        </w:tc>
      </w:tr>
      <w:tr>
        <w:trPr>
          <w:trHeight w:hRule="exact" w:val="734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Личная гигиена и гигиенические процедуры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«личная гигиена», обсуждают положительную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связь личной гигиены с состоянием здоровья человека;;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Осанка человека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23.05.2023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«осанка человека», правильной и неправильной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формой осанки, обсуждают её отличительные признаки;;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Утренняя зарядка и физкультминутки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режиме дня школьника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обсуждают рассказ учителя о физкультминутке как комплексе физических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упражнений, её предназначении в учебной деятельности учащихся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младшего школьного возраста;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48"/>
        </w:trPr>
        <w:tc>
          <w:tcPr>
            <w:tcW w:type="dxa" w:w="37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0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Спортивно-оздоровительная физическая культура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"Гимнастика с основами акробатики".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поведения на уроках физической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правилами поведения на уроках физической культуры,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требованиями к обязательному их соблюдению;;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1566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"Гимнастика с основами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акробатики".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Исходные положения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физических упражнениях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«исходное положение» и значением исходного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положения для последующего выполнения упражнения;;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наблюдают образец техники учителя, уточняют требования к выполнению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отдельных исходных положений;;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основные исходные положения для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гимнастических упражнений, их названия и требования к выполнению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(стойки; упоры; седы, положения лёжа);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98" w:left="666" w:header="720" w:footer="720" w:gutter="0"/>
          <w:cols w:space="720" w:num="1" w:equalWidth="0"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12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"Гимнастика с основами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акробатики".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Строевые упражнения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организующие команды на уроках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физической 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наблюдают и анализируют образец техники учителя, уточняют выполнение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отдельных технических элементов;;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способы построения стоя на месте (шеренга, колонна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одному, две шеренги, колонна по одному и по два);;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повороты, стоя на месте (вправо, влево);;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передвижение ходьбой в колонне по одному с равномерной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скоростью;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230"/>
        </w:trPr>
        <w:tc>
          <w:tcPr>
            <w:tcW w:type="dxa" w:w="432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"Гимнастика с основами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акробатики".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Гимнастические упражнения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наблюдают и анализируют образцы техники гимнастических упражнений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учителя, уточняют выполнение отдельных элементов;;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стилизованные передвижения (гимнастический шаг;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гимнастический бег; чередование гимнастической ходьбы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гимнастическим бегом);;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с гимнастическим мячом (подбрасывание 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рукой и двумя руками; перекладывание с одной руки на другую;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прокатывание под ногами; поднимание ногами из положения лёжа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со скакалкой (перешагивание и перепрыгивание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через скакалку, лежащую на полу; поочерёдное и последовательное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вращение сложенной вдвое скакалкой одной рукой с правого и левого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бока, двумя руками с правого и левого бока, перед собой);;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в гимнастических прыжках (прыжки в высоту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разведением рук и ног в сторону; с приземлением в полуприседе;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поворотом в правую и левую сторону);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926"/>
        </w:trPr>
        <w:tc>
          <w:tcPr>
            <w:tcW w:type="dxa" w:w="432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"Гимнастика с основами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акробатики".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Акробатические упражнения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наблюдают и анализируют образцы техники учителя, контролируют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выполнение другими учащимися, помогают им исправлять ошибки;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подъёму ног из положения лёжа на животе;;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обучаются сгибанию рук в положении упор лёжа;;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4.6.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"Лыжная подготовка". Строевые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команды в лыжной подготовке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31.12.2022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54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4.7.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"Лыжная подготовка". Передвижение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лыжах ступающим и скользящим шагом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01.01.2023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210"/>
        </w:trPr>
        <w:tc>
          <w:tcPr>
            <w:tcW w:type="dxa" w:w="432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4.8.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"Лёгкая атлетика".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Равномерное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передвижение в ходьбе и беге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27.03.2023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равномерной ходьбе в колоне по одному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лидера (передвижение учителя);;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равномерной ходьбе в колонне по одному с изменением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скорости передвижения с использованием метронома;;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равномерной ходьбе в колонне по одному с изменением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скорости передвижения (по команде);;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равномерному бегу в колонне по одному с невысокой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скоростью с использованием лидера (передвижение учителя);;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равномерному бегу в колонне по одному с невысокой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скоростью;;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равномерному бегу в колонне по одному с разной скоростью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передвижения с использованием лидера;;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равномерному бегу в колонне по одному с разной скоростью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передвижения (по команде);;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равномерному бегу в колонне по одному в чередовании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равномерной ходьбой (по команде);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70" w:left="666" w:header="720" w:footer="720" w:gutter="0"/>
          <w:cols w:space="720" w:num="1" w:equalWidth="0"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32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4.9.</w:t>
            </w:r>
          </w:p>
        </w:tc>
        <w:tc>
          <w:tcPr>
            <w:tcW w:type="dxa" w:w="335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"Лёгкая атлетика".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Прыжок в длину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 места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образцом учителя и правилами его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(расположение у стартовой линии, принятие исходного положения перед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прыжком; выполнение приземления после фазы полёта; измерение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результата после приземления);;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одновременное отталкивание двумя ногами (прыжки вверх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полуприседа на месте; с поворотом в правую и левую сторону);;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приземлению после спрыгивания с горки матов;;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обучаются прыжку в длину с места в полной координации;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4.10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"Лёгкая атлетика".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Прыжок в длину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в высоту с прямого разбега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наблюдают выполнение образца техники прыжка в высоту с прямого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разбега, анализируют основные его фазы (разбег, отталкивание, полёт,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приземление);;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1308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4.11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"Подвижные и спортивные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игры".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Подвижные игры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32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считалки для проведения совместных подвижных игр;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используют их при распределении игровых ролей среди играющих;;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игровые действия и правила подвижных игр, обучаются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способам организации и подготовки игровых площадок;;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обучаются самостоятельной организации и проведению подвижных игр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(по учебным группам);;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</w:t>
            </w:r>
          </w:p>
        </w:tc>
      </w:tr>
      <w:tr>
        <w:trPr>
          <w:trHeight w:hRule="exact" w:val="348"/>
        </w:trPr>
        <w:tc>
          <w:tcPr>
            <w:tcW w:type="dxa" w:w="37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79</w:t>
            </w:r>
          </w:p>
        </w:tc>
        <w:tc>
          <w:tcPr>
            <w:tcW w:type="dxa" w:w="11192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Прикладно-ориентированная физическая культура</w:t>
            </w:r>
          </w:p>
        </w:tc>
      </w:tr>
      <w:tr>
        <w:trPr>
          <w:trHeight w:hRule="exact" w:val="732"/>
        </w:trPr>
        <w:tc>
          <w:tcPr>
            <w:tcW w:type="dxa" w:w="432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35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Рефлексия: демонстрация прироста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показателей физических качеств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нормативным требованиям комплекса ГТО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520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демонстрация прироста показателей физических качеств к нормативным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требованиям комплекса ГТО;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0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https://resh.edu.ru/subject/9/1/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https://www.gto.ru › norms</w:t>
            </w:r>
          </w:p>
        </w:tc>
      </w:tr>
      <w:tr>
        <w:trPr>
          <w:trHeight w:hRule="exact" w:val="350"/>
        </w:trPr>
        <w:tc>
          <w:tcPr>
            <w:tcW w:type="dxa" w:w="37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</w:t>
            </w:r>
          </w:p>
        </w:tc>
        <w:tc>
          <w:tcPr>
            <w:tcW w:type="dxa" w:w="11192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3782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99</w:t>
            </w:r>
          </w:p>
        </w:tc>
        <w:tc>
          <w:tcPr>
            <w:tcW w:type="dxa" w:w="1106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946"/>
            <w:gridSpan w:val="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62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42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3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3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3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3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безопасности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уроках физической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культуры.Физическая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система разнообразных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 занятий физическими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упражнениями по укреплению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здоровья человека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Инструктаж по ТБ. Ходьба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 счет. Ходьба на носках,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пятках. Обычный бег. Бег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ускорением. П/и «Два мороза»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Ходьба под счет. Ходьба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носках. Обычный бег. Бег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ускорением. Бег 30м.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«Вызов номера».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 короткая дистанция.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Ходьба под счет. Ходьба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носках, на пятках. Обычный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бег. Бег с ускорением. Бег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(30м.) Подготовка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видов испытаний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Ходьба под счет. Ходьба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носках, на пятках. Обычный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бег. Бег с ускорением30-60м 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П/и «Гуси-лебеди».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Разновидности ходьбы.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Ходьба по разметкам. Ходьба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преодолением препятствий.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Бег с ускорением 60м.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«Вызов номера».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на одной ноге,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на месте. Прыжки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продвижением вперед.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Прыжок в длину с места.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«Зайцы в огороде».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40" w:bottom="400" w:left="666" w:header="720" w:footer="720" w:gutter="0"/>
          <w:cols w:space="720" w:num="1" w:equalWidth="0"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на одной ноге,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на месте. Прыжки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продвижением вперед.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Прыжок в длину с места.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«Зайцы в огороде».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Прыжки на одной ноге,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 на месте. Прыжок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длину с места. П/и «Лисы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куры»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положения стоя грудью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направлению метания. П/и «К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своим флажкам».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положения стоя грудью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направлению метания.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«Попади в мяч».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видов испытаний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малого мяча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положения стоя грудью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направлению метания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заданное расстояние. П/и «Кто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дальше бросит».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30.09.2022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(3 мин).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«Пятнашки». ОРУ.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(4 мин).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«Горелки». ОРУ.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(4 мин).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«Горелки». ОРУ.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5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«Третий лишний».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704" w:left="666" w:header="720" w:footer="720" w:gutter="0"/>
          <w:cols w:space="720" w:num="1" w:equalWidth="0"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5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«Третий лишний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6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6 мин.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7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«Конники-спортсмены». ОРУ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7 мин.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50м, ходьба 100м). Подготовка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выполнению видов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испытаний ГТО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8 мин.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50м, ходьба 100м). Подготовка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выполнению видов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испытаний ГТО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культура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(основные понятия)- ходьба,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бег, прыжки, как жизненно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важные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культура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(основные понятия)- ходьба,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бег, прыжки, как жизненно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важные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передвижения. Личная гигиена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28.10.2022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Обучающая;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Составление режима дня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Техника безопасности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уроках физической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культуре.  Игра «Охотники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29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щит. Ловля мяча на месте.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снизу на месте.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Эстафеты с мячами.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«Выстрел в небо»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щит. Ловля мяча на месте.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Передача мяча снизу на месте.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Эстафеты с мячами.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«Выстрел в небо»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щит. Ловля и передача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снизу на месте. ОРУ.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с мячами.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«Охотники и утки»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щит. Ловля и передача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снизу на месте. ОРУ.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с мячами.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«Охотники и утки»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щит. Ловля и передача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снизу на месте. ОРУ.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 с мячами.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«Охотники и утки»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щит. Ловля и передача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снизу на месте. Ведение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месте. ОРУ. Эстафеты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мячами. Игра «Мяч в обруч».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6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Бросок мяча снизу на месте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щит. Ловля и передача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снизу на месте. Ведение мяча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месте. ОРУ. Эстафеты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мячами. Игра «Мяч в обруч».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мяча; передачи мяча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месте. Подвижные игры: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«Волейбольные салочки»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95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мяча; передачи мяча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месте. Подвижные игры: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«Волейбольные салочки»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мяча; передачи мяча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месте. Подвижные игры: «Мяч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над головой»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мяча; передачи мяча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месте. Подвижные игры: «Мяч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над головой»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 мяча, подачи мяча.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Подвижные игры: «Мяч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собой»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 мяча, подачи мяча.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Подвижные игры: «Мяч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собой»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мяча, прием и ловля мяча.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Подвижные игры: «Картошка»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Специальные передвижения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мяча, прием и ловля мяча.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Подвижные игры: «Картошка»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Прием и ловля мяча.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Подвижные игры: «Картошка»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, «Волейбольные салочки»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62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Подачи мяча, прием и ловля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Подвижные игры: «Мяч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 собой», «Картошка»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Подачи мяча, прием и ловля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мяча. Подвижные игры: «Мяч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перед собой», «Картошка»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Игры: «Через кочки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пенечки», «Кто дальше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бросит». 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«Волк во рву»,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«Посадка картошки».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302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«Волк во рву»,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«Посадка картошки».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«Капитаны»,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«Попрыгунчики- воробушки».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30.12.2022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колонну по одному.</w:t>
            </w:r>
          </w:p>
          <w:p>
            <w:pPr>
              <w:autoSpaceDN w:val="0"/>
              <w:autoSpaceDE w:val="0"/>
              <w:widowControl/>
              <w:spacing w:line="274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Группировка. Перекаты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группировке, лежа на животе.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«Пройти бесшумно».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Инструктаж по техники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и 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поведения на уроках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физической культуры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колонну по одному.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Группировка. Перекаты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группировке, лежа на животе.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«Пройти бесшумно»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колонну по одному.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Группировка. Перекаты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группировке, лежа на животе.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«Пройти бесшумно»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колонну по одному.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Группировка. Перекаты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группировке, лежа на животе.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«Совушка»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6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Комплексы закаливающих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процедур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длины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массы тела и физических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качеств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колонну по одному.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Группировка. Перекаты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группировке, лежа на животе.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«Совушка»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видов испытаний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ГТО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37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круг. Группировка. Перекаты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группировке из упора стоя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коленях. Игра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«Космонавты»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стойка. Построение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круг. Группировка. Перекаты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группировке из упора стоя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коленях.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Перестроение по звеньям,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заранее установленным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местам. Размыкание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вытянутые руки в сторону.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 с обручами. Стойка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носках, на г/скамейке. Ходьба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г/скамейке. Перешагивание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мячи.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31.01.2023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Перестроение по звеньям,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заранее установленным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местам. Размыкание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вытянутые руки в сторону.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 с обручами. Стойка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носках, на г/скамейке. Ходьба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г/скамейке. Перешагивание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мячи.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Размыкание на вытянутые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руки в сторону. Повороты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направо, налево. ОРУ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обручами. Стойка на носках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одной ноге на г/скамейке.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Повороты направо, налево.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Выполнение команды «Класс,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шагом марш!», «Класс, стой!».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 с обручами. Ходьба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г/скамейке. Перешагивание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мячи.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Повороты направо, налево.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Выполнение команды «Класс,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шагом марш!», «Класс, стой!».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 с обручами. Ходьба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г/скамейке. Перешагивание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мячи.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524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Повороты направо, налево.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Выполнение команды «Класс,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шагом марш!», «Класс, стой!».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 с обручами. Ходьба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г/скамейке. Перешагивание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мячи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Лазание по г/стенке. ОРУ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движении. Перелезание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коня. Игра «Ниточка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иголочка»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Лазание по г/стенке. ОРУ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движении. Перелезание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коня. Игра «Ниточка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иголочка»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Лазание по г/стенке в упоре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присев и стоя на коленях.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Подтягивание, лежа на животе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г/скамейке. Перелезание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горку матов. ОРУ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движении.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Лазание по г/стенке в упоре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присев и стоя на коленях.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Подтягивание, лежа на животе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г/скамейке. Перелезание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горку матов. ОРУ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движении.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28.02.2023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Подтягивание, лежа на животе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г/скамейке. Перелезание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через горку матов.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Перелезание через коня.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«Три движения».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Игры: «К своим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флажкам», «Два мороза».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Игры: «К своим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флажкам», «Два мороза».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«Класс, Смирно!»,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«Класс, Смирно!»,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46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«Метко в цель»,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«Удочка»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ОРУ. Игры: «Метко в цель»,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«Удочка»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Игры: «Через кочки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пенечки», «Кто дальше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бросит». 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проведение подвижных игр (на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спортивных площадках 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спортивных залах)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Физические упражнения,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влияние на физическое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и развитие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физических качеств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 в движении. Игры: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«Прыгающие воробушки»,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«Зайцы в огороде»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31.03.2023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 в движении. Игры: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«Прыгающие воробушки»,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«Зайцы в огороде»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 в движении. Игры: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«Лисы и куры», «Точный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расчет».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ОРУ в движении. Игры: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«Лисы и куры», «Точный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расчет».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362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3 мин.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«Пятнашки»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3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«Пятнашки»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4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64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4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«Октябрята»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5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.Чередование ходьбы, бега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(бег 50м, ходьба 100м).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«Два мороза».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5 мин.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.Чередование ходьбы, бега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(бег 50м, ходьба 100м). П/и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«Два мороза».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6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«Третий лишний».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Равномерный бег 6 мин.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ходьбы, бега (бег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50м, ходьба 100м). П/и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«Третий лишний».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Комплексы физических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для утренней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зарядки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28.04.2023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Сочетание различных видов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ходьбы. Бег с изменением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направления, ритма и темпа.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(30м). ОРУ. Подвижная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игра «Воробьи и вороны»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изменением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направления, ритма и темпа.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в заданном коридоре. 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(30м). ОРУ. Подвижная игра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«День и ночь»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316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с изменением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направления, ритма и темпа.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Бег в заданном коридоре. Бег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(30м). Подготовка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выполнению видов испытаний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ГТО. Прыжок в длину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разбега с отталкиванием 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приземлением на две ноги.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Игра «Кузнечики». 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37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3"/>
        <w:gridCol w:w="1513"/>
        <w:gridCol w:w="1513"/>
        <w:gridCol w:w="1513"/>
        <w:gridCol w:w="1513"/>
        <w:gridCol w:w="1513"/>
        <w:gridCol w:w="1513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места. ОРУ.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 «Парашютисты».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в длину с разбега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отталкиванием одной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приземлением на две ноги.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ОРУ. Игра «Кузнечики».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Эстафеты.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3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теннисного мяча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цель (2х2) с 3-4 м. ОРУ.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П/игра «Попади в мяч».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скоростно-силовых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качеств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теннисного мяча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цель (2х2) с 3-4 м. ОРУ.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П/игра «Попади в мяч».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скоростно-силовых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качеств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Метание набивного мяча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различных положений. ОРУ.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П/игра «Защита укрепления».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точности и меткости.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Обучающая;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3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Комплексы физических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физкультминуток,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занятий по профилактике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коррекции нарушений осанки.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23.05.2023 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66"/>
            <w:gridSpan w:val="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4346"/>
            <w:gridSpan w:val="3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40" w:bottom="1440" w:left="666" w:header="720" w:footer="720" w:gutter="0"/>
          <w:cols w:space="720" w:num="1" w:equalWidth="0"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1-4 класс/Лях В.И.,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Методическое пособие (рекомендации). ФГОС. Физическая культура, новое оформление 1-4 класс.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Лях В. И. Акционерное общество "Издательство "Просвещение"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8" w:after="0"/>
        <w:ind w:left="0" w:right="74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https://resh.edu.ru/subject/9/1/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https://infourok.ru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40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Мячи: баскетбольные, волейбольные, футбольные, теннисные.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Скакалки. Обручи. Скамейки. Канат. Маты. Секундомер. Свисток. Шведская стенка. Турник. Козел.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Цели для метания мяча.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0594" w:space="0"/>
            <w:col w:w="15534" w:space="0"/>
            <w:col w:w="15534" w:space="0"/>
            <w:col w:w="15534" w:space="0"/>
            <w:col w:w="10232" w:space="0"/>
            <w:col w:w="10584" w:space="0"/>
            <w:col w:w="10610" w:space="0"/>
            <w:col w:w="10474" w:space="0"/>
            <w:col w:w="10590" w:space="0"/>
            <w:col w:w="95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0594" w:space="0"/>
        <w:col w:w="15534" w:space="0"/>
        <w:col w:w="15534" w:space="0"/>
        <w:col w:w="15534" w:space="0"/>
        <w:col w:w="10232" w:space="0"/>
        <w:col w:w="10584" w:space="0"/>
        <w:col w:w="10610" w:space="0"/>
        <w:col w:w="10474" w:space="0"/>
        <w:col w:w="10590" w:space="0"/>
        <w:col w:w="95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